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Active electrical distribution network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Padmanaban; Sanjeevikumar/ Khan; Baseem/ Mahela; Om Prakash/ Haes Alhelou; Hassan/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xvi-444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431-444</w:t>
            </w:r>
          </w:p>
        </w:tc>
      </w:tr>
      <w:tr>
        <w:trPr>
          <w:trHeight w:val="567"/>
        </w:trPr>
        <w:tc>
          <w:tcPr>
            <w:tcW w:type="dxa" w:w="3000"/>
          </w:tcPr>
          <w:p>
            <w:r>
              <w:t>Numéro d'Identification</w:t>
            </w:r>
          </w:p>
        </w:tc>
        <w:tc>
          <w:tcPr>
            <w:tcW w:type="dxa" w:w="7000"/>
          </w:tcPr>
          <w:p>
            <w:r>
              <w:t>9780323903455</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 électrique/ electrical distribution/ electrical network/ distribution électrique/ </w:t>
            </w:r>
          </w:p>
        </w:tc>
      </w:tr>
    </w:tbl>
    <w:p>
      <w:pPr>
        <w:pStyle w:val="Heading3"/>
      </w:pPr>
      <w:r>
        <w:t>Résumé :</w:t>
      </w:r>
    </w:p>
    <w:p>
      <w:r>
        <w:t>Active Electrical Distribution Network: Issues, Solution Techniques and Applications is a comprehensive reference that addresses the issues and opportunities across one of the most overlooked sectors of the electrical industry, electrical distribution. The book begins with an introduction to electrical distribution networks, and then explores both present and future developments in the areas of smart grids, electric vehicles, micro grids, demand side response and active distribution networks. The ongoing transition of energy systems is also covered, providing recommendations for a higher penetration of renewable energy, utilization of new equipment and new network configurations, as well as development of new design and operation methods, and applications of new incentives and business models. The book closes with a section on optimizing operational issues, featuring guidance on optimal expansion planning of distribution systems in smart grids and optimization of photovoltaic (PV) systems.Active Electrical Distribution Network is an ideal reference for all those interested in the modeling, analysis, control, operation and planning techniques that are key to addressing the knowledge and information needs of the engineering and research audience.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