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Statistical modeling in machine 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Goswami; Tilottama/ Sinha; G. R./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xxv-369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357-369</w:t>
            </w:r>
          </w:p>
        </w:tc>
      </w:tr>
      <w:tr>
        <w:trPr>
          <w:trHeight w:val="567"/>
        </w:trPr>
        <w:tc>
          <w:tcPr>
            <w:tcW w:type="dxa" w:w="3000"/>
          </w:tcPr>
          <w:p>
            <w:r>
              <w:t>Numéro d'Identification</w:t>
            </w:r>
          </w:p>
        </w:tc>
        <w:tc>
          <w:tcPr>
            <w:tcW w:type="dxa" w:w="7000"/>
          </w:tcPr>
          <w:p>
            <w:r>
              <w:t>9780323972529</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machine learning/ </w:t>
            </w:r>
          </w:p>
        </w:tc>
      </w:tr>
    </w:tbl>
    <w:p>
      <w:pPr>
        <w:pStyle w:val="Heading3"/>
      </w:pPr>
      <w:r>
        <w:t>Résumé :</w:t>
      </w:r>
    </w:p>
    <w:p>
      <w:r>
        <w:t>Statistical Modeling in Machine Learning: Concepts and Applications presents the basic concepts and roles of statistics, exploratory data analysis and machine learning. The various aspects of Machine Learning are discussed along with basics of statistics. Concepts are presented with simple examples and graphical representation for better understanding of techniques. This book takes a holistic approach – putting key concepts together with an in-depth treatise on multi-disciplinary applications of machine learning. New case studies and research problem statements are discussed, which will help researchers in their application areas based on the concepts of statistics and machine learning.</w:t>
        <w:br/>
        <w:br/>
        <w:br/>
        <w:br/>
        <w:t>Statistical Modeling in Machine Learning: Concepts and Applications will help statisticians, machine learning practitioners and programmers solving various tasks such as classification, regression, clustering, forecasting, recommending and more.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