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Deep learning for medical image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Zhou; S. Kevin/ Greenspan; Hayit/ Shen, Dinggang/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Ref. Index</w:t>
            </w:r>
          </w:p>
        </w:tc>
      </w:tr>
      <w:tr>
        <w:trPr>
          <w:trHeight w:val="567"/>
        </w:trPr>
        <w:tc>
          <w:tcPr>
            <w:tcW w:type="dxa" w:w="3000"/>
          </w:tcPr>
          <w:p>
            <w:r>
              <w:t>Numéro d'Identification</w:t>
            </w:r>
          </w:p>
        </w:tc>
        <w:tc>
          <w:tcPr>
            <w:tcW w:type="dxa" w:w="7000"/>
          </w:tcPr>
          <w:p>
            <w:r>
              <w:t>9780323851244</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deep learning/ analysis/ medical image/ </w:t>
            </w:r>
          </w:p>
        </w:tc>
      </w:tr>
    </w:tbl>
    <w:p>
      <w:pPr>
        <w:pStyle w:val="Heading3"/>
      </w:pPr>
      <w:r>
        <w:t>Résumé :</w:t>
      </w:r>
    </w:p>
    <w:p>
      <w:r>
        <w:t>Deep Learning for Medical Image Analysis, Second Edition is a great learning resource for academic and industry researchers and graduate students taking courses on machine learning and deep learning for computer vision and medical image computing and analysis. Deep learning provides exciting solutions for medical image analysis problems and is a key method for future applications. This book gives a clear understanding of the principles and methods of neural network and deep learning concepts, showing how the algorithms that integrate deep learning as a core component are applied to medical image detection, segmentation, registration, and computer-aided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