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Handbook of nanomaterials for wastewater treatment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Bhanvase, Bharat A./ Sonawane, Shirish H./ Pawade, Vijay B./ Pandit, Aniruddha B./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1182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9780128214992</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Analyse, lutte contre la pollution, tests, traitement de l'approvisionnement en eau/ </w:t>
            </w:r>
          </w:p>
        </w:tc>
      </w:tr>
      <w:tr>
        <w:trPr>
          <w:trHeight w:val="567"/>
        </w:trPr>
        <w:tc>
          <w:tcPr>
            <w:tcW w:type="dxa" w:w="3000"/>
          </w:tcPr>
          <w:p>
            <w:r>
              <w:t>Sujet(s)</w:t>
            </w:r>
          </w:p>
        </w:tc>
        <w:tc>
          <w:tcPr>
            <w:tcW w:type="dxa" w:w="7000"/>
          </w:tcPr>
          <w:p>
            <w:r>
              <w:t xml:space="preserve">traitement de l'eau usée/ nanotechnologie/ </w:t>
            </w:r>
          </w:p>
        </w:tc>
      </w:tr>
    </w:tbl>
    <w:p>
      <w:pPr>
        <w:pStyle w:val="Heading3"/>
      </w:pPr>
      <w:r>
        <w:t>Résumé :</w:t>
      </w:r>
    </w:p>
    <w:p>
      <w:r>
        <w:t>Handbook of Nanomaterials for Wastewater Treatment: Fundamentals and Scale up Issues provides coverage of the nanomaterials used for wastewater treatment, covering photocatalytic nanocomposite materials, nanomaterials used as adsorbents, water remediation processes, and their current status and challenges. The book explores the major applications of nanomaterials for effective catalysis and adsorption, also providing in-depth information on the properties and application of new advanced nanomaterials for wastewater treatment processes. This is an important reference source for researchers who need to solve basic and advanced problems relating to the use of nanomaterials for the development of wastewater treatment processes and technologies.</w:t>
        <w:br/>
        <w:br/>
        <w:br/>
        <w:br/>
        <w:t>As nanotechnology has the potential to substantially improve current water and wastewater treatment processes, the synthesis methods and physiochemical properties of nanomaterials and noble metal nanoparticles make their performance and mechanisms efficient for the treatment of various pollutants.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