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introduction to probability and statistical inference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Roussas, George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Statistiques et Probabilités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Probabilités/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probability and statistic/ probabilité et statistique/ </w:t>
            </w:r>
          </w:p>
        </w:tc>
      </w:tr>
    </w:tbl>
    <w:p>
      <w:pPr>
        <w:pStyle w:val="Heading3"/>
      </w:pPr>
      <w:r>
        <w:t>Résumé :</w:t>
      </w:r>
    </w:p>
    <w:p>
      <w:r>
        <w:t>An Introduction to Probability and Statistical Inference, Third Edition guides the reader through probability models and statistical methods to develop critical-thinking skills. Written by award-winning author George Roussas, this valuable text introduces a thinking process to help users obtain the best solution to a posed question or situation and provides a plethora of examples and exercises to illustrate applying statistical methods to different situations.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14/09/2026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